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оказанных услуг № [номер]</w:t>
      </w:r>
    </w:p>
    <w:p>
      <w:r>
        <w:t>Шаблон для обычных услуг бизнес-заказчику. Заполните поля, согласуйте текст с договором и удалите эту подсказку перед подписанием.</w:t>
      </w:r>
    </w:p>
    <w:p>
      <w:r>
        <w:rPr>
          <w:b w:val="0"/>
        </w:rPr>
        <w:t>Дата составления: [дата]     Место: [город]</w:t>
      </w:r>
    </w:p>
    <w:p>
      <w:r>
        <w:rPr>
          <w:b w:val="0"/>
        </w:rPr>
        <w:t>Основание: [номер и дата договора, приложение]</w:t>
      </w:r>
    </w:p>
    <w:p>
      <w:r>
        <w:rPr>
          <w:b w:val="0"/>
        </w:rPr>
        <w:t>Исполнитель: ИП [ФИО], ИНН [12 цифр], ОГРНИП [15 цифр].</w:t>
      </w:r>
    </w:p>
    <w:p>
      <w:r>
        <w:rPr>
          <w:b w:val="0"/>
        </w:rPr>
        <w:t>Заказчик: [наименование ООО / ФИО ИП], ИНН [номер], [КПП для ООО], в лице [должность, ФИО], полномочия: [основание].</w:t>
      </w:r>
    </w:p>
    <w:p>
      <w:r>
        <w:rPr>
          <w:b w:val="0"/>
        </w:rPr>
        <w:t>Стороны составили настоящий акт о следующем: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1584"/>
        <w:gridCol w:w="2304"/>
      </w:tblGrid>
      <w:tr>
        <w:trPr>
          <w:cantSplit/>
          <w:tblHeader/>
        </w:trPr>
        <w:tc>
          <w:tcPr>
            <w:tcW w:type="dxa" w:w="6336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Услуга и период / результат</w:t>
            </w:r>
          </w:p>
        </w:tc>
        <w:tc>
          <w:tcPr>
            <w:tcW w:type="dxa" w:w="1584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Количество</w:t>
            </w:r>
          </w:p>
        </w:tc>
        <w:tc>
          <w:tcPr>
            <w:tcW w:type="dxa" w:w="2304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Стоимость, ₽</w:t>
            </w:r>
          </w:p>
        </w:tc>
      </w:tr>
      <w:tr>
        <w:trPr>
          <w:cantSplit/>
        </w:trPr>
        <w:tc>
          <w:tcPr>
            <w:tcW w:type="dxa" w:w="633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[Описание услуг, даты или период, измеримый объём, переданные материалы]</w:t>
            </w:r>
          </w:p>
        </w:tc>
        <w:tc>
          <w:tcPr>
            <w:tcW w:type="dxa" w:w="158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[объём и единица]</w:t>
            </w:r>
          </w:p>
        </w:tc>
        <w:tc>
          <w:tcPr>
            <w:tcW w:type="dxa" w:w="230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[сумма]</w:t>
            </w:r>
          </w:p>
        </w:tc>
      </w:tr>
    </w:tbl>
    <w:p>
      <w:r>
        <w:rPr>
          <w:b/>
        </w:rPr>
        <w:t>Общая стоимость: [сумма цифрами и прописью].</w:t>
      </w:r>
    </w:p>
    <w:p>
      <w:r>
        <w:rPr>
          <w:b w:val="0"/>
        </w:rPr>
        <w:t>НДС: [выберите: не предъявляется на основании … / ставка …%, сумма … ₽, включён в общую стоимость].</w:t>
      </w:r>
    </w:p>
    <w:p>
      <w:r>
        <w:rPr>
          <w:b w:val="0"/>
        </w:rPr>
        <w:t>Приёмка: [укажите результат приёмки: услуги приняты; либо перечислите конкретные замечания и принятый объём].</w:t>
      </w:r>
    </w:p>
    <w:p>
      <w:r>
        <w:rPr>
          <w:b w:val="0"/>
        </w:rPr>
        <w:t>Дата приёмки: [дата]. Приложения: [перечень / отсутствуют].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  <w:tblHeader/>
        </w:trPr>
        <w:tc>
          <w:tcPr>
            <w:tcW w:type="dxa" w:w="511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Исполнитель</w:t>
            </w:r>
          </w:p>
        </w:tc>
        <w:tc>
          <w:tcPr>
            <w:tcW w:type="dxa" w:w="511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Заказчик</w:t>
            </w:r>
          </w:p>
        </w:tc>
      </w:tr>
      <w:tr>
        <w:trPr>
          <w:cantSplit/>
        </w:trPr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ИП [ФИО]</w:t>
              <w:br/>
              <w:t>Подпись: __________</w:t>
              <w:br/>
              <w:t>Дата подписи: [дата]</w:t>
            </w:r>
          </w:p>
        </w:tc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[Должность, ФИО]</w:t>
              <w:br/>
              <w:t>Подпись: __________</w:t>
              <w:br/>
              <w:t>Дата подписи: [дата]</w:t>
            </w:r>
          </w:p>
        </w:tc>
      </w:tr>
    </w:tbl>
    <w:p>
      <w:r>
        <w:rPr>
          <w:b w:val="0"/>
          <w:sz w:val="18"/>
        </w:rPr>
        <w:t>Акт фиксирует оказание и приёмку услуг. Оплату проверяют отдельно по расчётным документам.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