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реквизитов ИП</w:t>
      </w:r>
    </w:p>
    <w:p>
      <w:r>
        <w:t>Редактируемый шаблон для контрагента. Замените подсказки своими данными; необязательные строки можно удалить. Обновляйте версию при изменениях.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056"/>
      </w:tblGrid>
      <w:tr>
        <w:trPr>
          <w:cantSplit/>
          <w:tblHeader/>
        </w:trPr>
        <w:tc>
          <w:tcPr>
            <w:tcW w:type="dxa" w:w="316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Поле</w:t>
            </w:r>
          </w:p>
        </w:tc>
        <w:tc>
          <w:tcPr>
            <w:tcW w:type="dxa" w:w="7056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Дата актуальности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[дд.мм.гггг]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Получатель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Индивидуальный предприниматель [Фамилия Имя Отчество]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ИНН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[12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ОГРНИП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[15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Адрес для документов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[Согласованный адрес для корреспонденции]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Налоговый режим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[Актуальный режим; уточняйте условия конкретной операции]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Статус по НДС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[Освобождение и основание либо применяемые ставки]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Банк получателя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[Наименование из реквизитов банковского счёта]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БИК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[9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Расчётный счёт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[20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Корреспондентский счёт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[20 цифр]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Рабочий телефон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[Номер]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Рабочая электронная почта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[Адрес]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Идентификатор ЭДО</w:t>
            </w:r>
          </w:p>
        </w:tc>
        <w:tc>
          <w:tcPr>
            <w:tcW w:type="dxa" w:w="7056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[При наличии; оператор и идентификатор]</w:t>
            </w:r>
          </w:p>
        </w:tc>
      </w:tr>
    </w:tbl>
    <w:p>
      <w:r>
        <w:rPr>
          <w:b/>
        </w:rPr>
        <w:t>Перед отправкой</w:t>
      </w:r>
    </w:p>
    <w:p>
      <w:r>
        <w:rPr>
          <w:b w:val="0"/>
        </w:rPr>
        <w:t>Сверьте сведения с реестром ФНС и документом банка. При смене счёта подтвердите новые реквизиты по согласованному каналу. Карточка не заменяет договор и доверенность.</w:t>
      </w:r>
    </w:p>
    <w:p>
      <w:r>
        <w:rPr>
          <w:b w:val="0"/>
        </w:rPr>
        <w:t>КПП индивидуальному предпринимателю не присваивается. Паспорт и домашний адрес не включайте в общедоступный файл без необходимости.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